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 חשוון – חוגגים בעצמנו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חודש חשוון כחודש ללא 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את שלבי התכנון של חגיגה 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סידור רצף אירועים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בוחרים מה רוצים לחגוג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בחשוון אין חגים, ולכן הכיתה חוגגת חגיגה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כדי שכולם ידעו מתי החגיגה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מחלקים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שלב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(מחליטים יחד איזו חגיגה עושים)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(בוחרים מתי תתקיים החגיגה)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 תלמיד מקבל משהו לעשות)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(מכינים את הכיתה ומילים טובות)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החגיגה הכיתתית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מה רוצים לחגוג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קובעים יום ושעה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מחלקים תפקידים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מכינים קישוטים וברכות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רעיון לחגיגה, יפרט תפקידים לפחות לשניים-שלושה ילדים, ויזכיר קישוט או ברכה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בוחרים מה רוצים לחגוג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אין חגים בחודש הזה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תודה לכל מי שעזר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תרגיל הסידור בעזרת כרטיסיות פיזיות שהתלמידים מסדרים על השולחן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המשימה לחגיגה כיתתית אמיתית המתוכננת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התלמידים לקבוצות לפי שלבי החגיגה ולתרגל כל שלב בנפרד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 חשוון – חוגגים בעצמנו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בחודש חשוון אין חגים, ולכן הכיתה מחליטה לחגוג חגיגה משלה. בדף זה נתרגל את השלבים לתכנון חגיגה כיתתית מוצלחת.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מחלקים  ·  בוחרים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חודש עברי אין חגים, ולכן חוגגים חגיגה מיוחדת?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השלב הראשון בתכנון חגיגה כיתתית?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מכינים קישוטים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בוחרים מה רוצים לחגוג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שרים יחד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בחודש חשוון יש הרבה חגים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החגיגה צריך לקבוע יום ושעה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החגיגה __________ מה רוצים לחגוג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בכיתה __________ תפקידים לכל התלמידים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שלב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בוחרים מה לחגוג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 תלמיד מקבל משהו לעשות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קובעים יום ושעה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מכינים את הכיתה ומילים טובות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מחלקים תפקידים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בוחרים מתי תתקיים החגיגה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מכינים קישוטים וברכות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מחליטים יחד איזו חגיגה עושים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החגיגה הכיתתית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מכינים קישוטים וברכות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מחלקים תפקידים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מה רוצים לחגוג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קובעים יום ושעה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תכננו חגיגה כיתתית משלכם. כתבו מה תבחרו לחגוג, ומי יעשה כל תפקיד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השלב הראשון בתכנון חגיגה כיתתית?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בחודש חשוון חוגגים חגיגה מיוחדת?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 חשוון – חוגגים בעצמנו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