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חוגגים בעצמנו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כחודש ללא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את שלבי התכנון של חגיגה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רצף 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מה רוצים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קובעים יום ושעה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שכל אחד יעזור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מסדרים את הכיתה ואומרים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בחשוון אין חגים, ולכן הכיתה חוגגת חגיגה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שכולם ידעו מתי החגיגה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להכין קישוטים, ברכות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תודה מראה הערכה למי שעזר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(מחליטים יחד איזו חגיגה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(בוחרים מתי תתקיים החגיגה)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תלמיד מקבל משהו לעשות)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(מכינים את הכיתה ומילים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(שרים ואומרים מילים טובות)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החגיגה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מה רוצים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יום ושעה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תפקידים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קישוטים וברכות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יחד: שרים ואומרים מילים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מסדרים את הכיתה ואומרים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רעיון לחגיגה, יפרט תפקידים לפחות לשניים-שלושה ילדים, ויזכיר קישוט או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מה רוצים לחגוג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אין חגים בחודש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 לכל מי שעזר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תרגיל הסידור בעזרת כרטיסיות פיזיות שהתלמידים מסדרים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המשימה לחגיגה כיתתית אמיתית המתוכננת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התלמידים לקבוצות לפי שלבי החגיגה ולתרגל כל שלב בנפרד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חוגגים בעצמנו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חשוון אין חגים. לכן הכיתה חוגגת חגיגה משלה. נלמד איך מתכננים חגיגה כזו, שלב אחרי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חֲגִיגָה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אֵרוּעַ שָׂמֵחַ שֶׁחוֹגְגִים יַחַד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תַּפְקִיד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מַשֶּׁהוּ שֶׁכָּל אֶחָד עוֹשֶׂה בַּחֲגִיגָה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קִשּׁוּטִים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דְּבָרִים שֶׁמְּיַפִּים אֶת הַכִּתָּה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מִלִּים טוֹבוֹת שֶׁאוֹמְרִים לַחֲבֵרִים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חֶשְׁוָן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חֹדֶשׁ עִבְרִי בְּלִי חַגִּים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רֶצֶף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סֵדֶר נָכוֹן שֶׁל שְׁלָבִים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אין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מכינים קישוטים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מה רוצים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מחלקים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השלב הבא אחרי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קובעים יום ושעה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חוגגים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מסדרים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אומרים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מחלקים 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אחד יעזור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יהיה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שהמורה תעשה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מה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קובעים יום ושעה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מסדרים את הכיתה ואומרים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מחלקים תפקידים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חשוון יש הרבה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החגיגה צריך לקבוע יום ושעה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בלי להכין שום דבר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אמירת תודה היא חלק חשוב מהחגיגה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החגיגה __________ מה רוצים לחגוג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__________ תפקידים לכל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שהחגיגה תהיה יפה מכינים __________ וברכות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החגיגה אומרים __________ לכל מי שעזר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מה לחגוג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מכינים את הכיתה ומילים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קובעים יום ושעה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שרים ואומרים מילים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מחלקים תפקידים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מתי תתקיים החגיגה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מכינים קישוטים וברכות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תלמיד מקבל משהו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חוגגים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מחליטים יחד איזו חגיגה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החגיגה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יחד: שרים ואומרים מילים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הכיתה ואומרים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קישוטים וברכות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תפקידים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יום ושעה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מה רוצים לחגוג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חגיגה כיתתית משלכם. כתבו מה תבחרו לחגוג, ומי יעשה כל תפקיד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בתכנון חגיגה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בחודש חשוון חוגגים חגיגה מיוחדת?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בסוף החגיגה?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 חשוון – חוגגים בעצמנו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