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 חשוון – חוגגים בעצמנו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חודש חשוון כחודש ללא 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את שלבי התכנון של חגיגה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רצף 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בוחרים מה רוצים לחגוג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קובעים יום ושעה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שכל אחד יעזור במשהו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מסדרים את הכיתה ואומרים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בחשוון אין חגים, ולכן הכיתה חוגגת חגיגה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שכולם ידעו מתי החגיגה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להכין קישוטים, ברכות ותפקידים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תודה מראה הערכה למי שעזר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(מחליטים יחד איזו חגיגה עושים)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(בוחרים מתי תתקיים החגיגה)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(כל תלמיד מקבל משהו לעשות)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(מכינים את הכיתה ומילים טובות)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(שרים ואומרים מילים טובות)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החגיגה הכיתתית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מה רוצים לחגוג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קובעים יום ושעה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מחלקים תפקידים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מכינים קישוטים וברכות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חוגגים יחד: שרים ואומרים מילים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מסדרים את הכיתה ואומרים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רעיון לחגיגה, יפרט תפקידים לפחות לשניים-שלושה ילדים, ויזכיר קישוט או ברכה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בוחרים מה רוצים לחגוג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אין חגים בחודש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תודה לכל מי שעזר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תרגיל הסידור בעזרת כרטיסיות פיזיות שהתלמידים מסדרים על השולחן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המשימה לחגיגה כיתתית אמיתית המתוכננת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התלמידים לקבוצות לפי שלבי החגיגה ולתרגל כל שלב בנפרד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 חשוון – חוגגים בעצמנו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בחודש חשוון אין חגים, ולכן הכיתה מחליטה לחגוג חגיגה משלה. בדף זה נתרגל את השלבים לתכנון חגיגה כיתתית מוצלחת.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חודש עברי אין חגים, ולכן חוגגים חגיגה מיוחדת?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השלב הראשון בתכנון חגיגה 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מכינים קישוטים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מה רוצים לחגוג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מחלקים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מיד אחרי שבוחרים מה לחגוג?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קובעים יום ושעה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חוגגים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מסדרים את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אומרים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לחלק תפקידים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שכל אחד יעזור במשהו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שלא יהיה מה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לסיים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שהמורה תעשה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בסוף החגיגה?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מה לחגוג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קובעים יום ושעה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מסדרים את הכיתה ואומרים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מחלקים תפקידים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בחודש חשוון יש הרבה חגים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החגיגה צריך לקבוע יום ושעה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לחגוג בלי להכין שום דבר מראש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אמירת תודה היא חלק חשוב מהחגיגה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החגיגה __________ מה רוצים לחגוג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בכיתה __________ תפקידים לכל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שהחגיגה תהיה יפה מכינים __________ וברכות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החגיגה אומרים __________ לכל מי שעזר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שלב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בוחרים מה לחגוג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שרים ואומרים מילים טובות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קובעים יום ושעה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מחליטים יחד איזו חגיגה עושים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מחלקים תפקידים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מכינים את הכיתה ומילים טובות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מכינים קישוטים וברכות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תלמיד מקבל משהו לעשות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חוגגים יחד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בוחרים מתי תתקיים החגיגה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החגיגה הכיתתית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מחלקים תפקידים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חוגגים יחד: שרים ואומרים מילים טובות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יום ושעה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מסדרים את הכיתה ואומרים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מה רוצים לחגוג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קישוטים וברכות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חגיגה כיתתית משלכם. כתבו מה תבחרו לחגוג, ומי יעשה כל תפקיד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השלב הראשון בתכנון חגיגה כיתתית?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בחודש חשוון חוגגים חגיגה מיוחדת?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אומרים בסוף החגיגה?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 חשוון – חוגגים בעצמנו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